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9"/>
        <w:gridCol w:w="3799"/>
        <w:gridCol w:w="3799"/>
      </w:tblGrid>
      <w:tr w:rsidR="00691B62" w14:paraId="0AB4AA8C" w14:textId="77777777">
        <w:trPr>
          <w:trHeight w:val="652"/>
          <w:jc w:val="center"/>
        </w:trPr>
        <w:tc>
          <w:tcPr>
            <w:tcW w:w="379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1113D" w14:textId="3C46215B" w:rsidR="00691B62" w:rsidRDefault="0094440D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1" locked="0" layoutInCell="1" allowOverlap="1" wp14:anchorId="02CCCC95" wp14:editId="7900785F">
                  <wp:simplePos x="0" y="0"/>
                  <wp:positionH relativeFrom="column">
                    <wp:posOffset>-990600</wp:posOffset>
                  </wp:positionH>
                  <wp:positionV relativeFrom="paragraph">
                    <wp:posOffset>-30480</wp:posOffset>
                  </wp:positionV>
                  <wp:extent cx="1039495" cy="770890"/>
                  <wp:effectExtent l="0" t="0" r="0" b="0"/>
                  <wp:wrapTight wrapText="bothSides">
                    <wp:wrapPolygon edited="0">
                      <wp:start x="17417" y="0"/>
                      <wp:lineTo x="3563" y="1068"/>
                      <wp:lineTo x="1979" y="2135"/>
                      <wp:lineTo x="2771" y="9608"/>
                      <wp:lineTo x="792" y="16547"/>
                      <wp:lineTo x="1188" y="18148"/>
                      <wp:lineTo x="5542" y="18148"/>
                      <wp:lineTo x="5542" y="20817"/>
                      <wp:lineTo x="16230" y="20817"/>
                      <wp:lineTo x="16626" y="19750"/>
                      <wp:lineTo x="20584" y="17614"/>
                      <wp:lineTo x="20980" y="15479"/>
                      <wp:lineTo x="18605" y="9608"/>
                      <wp:lineTo x="19792" y="2135"/>
                      <wp:lineTo x="19792" y="0"/>
                      <wp:lineTo x="17417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ec-63611e6d-65f0-41e1-9b44-e6ff634e6d63.png"/>
                          <pic:cNvPicPr/>
                        </pic:nvPicPr>
                        <pic:blipFill rotWithShape="1">
                          <a:blip r:embed="rId6"/>
                          <a:srcRect l="12390" t="22124" r="14122" b="23346"/>
                          <a:stretch/>
                        </pic:blipFill>
                        <pic:spPr bwMode="auto">
                          <a:xfrm>
                            <a:off x="0" y="0"/>
                            <a:ext cx="1039495" cy="770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F4752" w14:textId="697A618B" w:rsidR="00691B62" w:rsidRDefault="00DB73BD">
            <w:pPr>
              <w:pStyle w:val="Title"/>
              <w:spacing w:after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3F8C927" wp14:editId="0ECACCDF">
                      <wp:simplePos x="0" y="0"/>
                      <wp:positionH relativeFrom="column">
                        <wp:posOffset>-1134745</wp:posOffset>
                      </wp:positionH>
                      <wp:positionV relativeFrom="paragraph">
                        <wp:posOffset>137795</wp:posOffset>
                      </wp:positionV>
                      <wp:extent cx="4634230" cy="650875"/>
                      <wp:effectExtent l="0" t="0" r="13970" b="1587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4230" cy="650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D176920" w14:textId="3889E386" w:rsidR="00D705CB" w:rsidRPr="00D705CB" w:rsidRDefault="00D705CB">
                                  <w:pPr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</w:pPr>
                                  <w:r w:rsidRPr="00D705CB">
                                    <w:rPr>
                                      <w:rFonts w:ascii="Letter-join Basic 4" w:hAnsi="Letter-join Basic 4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Year </w:t>
                                  </w:r>
                                  <w:r w:rsidRPr="00D705CB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64"/>
                                      <w:szCs w:val="64"/>
                                    </w:rPr>
                                    <w:t>2</w:t>
                                  </w:r>
                                  <w:r w:rsidRPr="00D705CB">
                                    <w:rPr>
                                      <w:rFonts w:ascii="Letter-join Basic 4" w:hAnsi="Letter-join Basic 4" w:cs="Calibri Light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spellings – </w:t>
                                  </w:r>
                                  <w:r w:rsidRPr="00D705CB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60"/>
                                      <w:szCs w:val="60"/>
                                    </w:rPr>
                                    <w:t>2</w:t>
                                  </w:r>
                                  <w:r w:rsidR="0094440D" w:rsidRPr="00D705CB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60"/>
                                      <w:szCs w:val="60"/>
                                    </w:rPr>
                                    <w:t>2</w:t>
                                  </w:r>
                                  <w:r w:rsidRPr="00D705CB">
                                    <w:rPr>
                                      <w:rFonts w:ascii="Letter-join Basic 4" w:hAnsi="Letter-join Basic 4" w:cs="Calibri Light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.09.</w:t>
                                  </w:r>
                                  <w:r w:rsidRPr="00D705CB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 xml:space="preserve"> </w:t>
                                  </w:r>
                                  <w:r w:rsidRPr="00D705CB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sz w:val="60"/>
                                      <w:szCs w:val="60"/>
                                    </w:rPr>
                                    <w:t>2</w:t>
                                  </w:r>
                                  <w:r w:rsidRPr="00D705CB">
                                    <w:rPr>
                                      <w:rFonts w:ascii="Letter-join Basic 4" w:hAnsi="Letter-join Basic 4" w:cs="Calibri Light"/>
                                      <w:b/>
                                      <w:bCs/>
                                      <w:sz w:val="56"/>
                                      <w:szCs w:val="5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F8C92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-89.35pt;margin-top:10.85pt;width:364.9pt;height:5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" fillcolor="white [3201]" strokeweight=".5pt">
                      <v:textbox>
                        <w:txbxContent>
                          <w:p w14:paraId="7D176920" w14:textId="3889E386" w:rsidR="00D705CB" w:rsidRPr="00D705CB" w:rsidRDefault="00D705CB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D705CB">
                              <w:rPr>
                                <w:rFonts w:ascii="Letter-join Basic 4" w:hAnsi="Letter-join Basic 4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Year </w:t>
                            </w:r>
                            <w:r w:rsidRPr="00D705C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64"/>
                                <w:szCs w:val="64"/>
                              </w:rPr>
                              <w:t>2</w:t>
                            </w:r>
                            <w:r w:rsidRPr="00D705CB">
                              <w:rPr>
                                <w:rFonts w:ascii="Letter-join Basic 4" w:hAnsi="Letter-join Basic 4" w:cs="Calibri Light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spellings – </w:t>
                            </w:r>
                            <w:r w:rsidRPr="00D705C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60"/>
                                <w:szCs w:val="60"/>
                              </w:rPr>
                              <w:t>2</w:t>
                            </w:r>
                            <w:r w:rsidR="0094440D" w:rsidRPr="00D705C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60"/>
                                <w:szCs w:val="60"/>
                              </w:rPr>
                              <w:t>2</w:t>
                            </w:r>
                            <w:r w:rsidRPr="00D705CB">
                              <w:rPr>
                                <w:rFonts w:ascii="Letter-join Basic 4" w:hAnsi="Letter-join Basic 4" w:cs="Calibri Light"/>
                                <w:b/>
                                <w:bCs/>
                                <w:sz w:val="56"/>
                                <w:szCs w:val="56"/>
                              </w:rPr>
                              <w:t>.09.</w:t>
                            </w:r>
                            <w:r w:rsidRPr="00D705C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D705CB">
                              <w:rPr>
                                <w:rFonts w:ascii="Calibri Light" w:hAnsi="Calibri Light" w:cs="Calibri Light"/>
                                <w:b/>
                                <w:bCs/>
                                <w:sz w:val="60"/>
                                <w:szCs w:val="60"/>
                              </w:rPr>
                              <w:t>2</w:t>
                            </w:r>
                            <w:r w:rsidRPr="00D705CB">
                              <w:rPr>
                                <w:rFonts w:ascii="Letter-join Basic 4" w:hAnsi="Letter-join Basic 4" w:cs="Calibri Light"/>
                                <w:b/>
                                <w:bCs/>
                                <w:sz w:val="56"/>
                                <w:szCs w:val="5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9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FFFC9" w14:textId="72B0D724" w:rsidR="00691B62" w:rsidRDefault="00D705CB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053A8814" wp14:editId="3DBBD981">
                  <wp:simplePos x="0" y="0"/>
                  <wp:positionH relativeFrom="column">
                    <wp:posOffset>1290955</wp:posOffset>
                  </wp:positionH>
                  <wp:positionV relativeFrom="paragraph">
                    <wp:posOffset>-17780</wp:posOffset>
                  </wp:positionV>
                  <wp:extent cx="1039495" cy="770890"/>
                  <wp:effectExtent l="0" t="0" r="0" b="0"/>
                  <wp:wrapTight wrapText="bothSides">
                    <wp:wrapPolygon edited="0">
                      <wp:start x="17417" y="0"/>
                      <wp:lineTo x="3563" y="1068"/>
                      <wp:lineTo x="1979" y="2135"/>
                      <wp:lineTo x="2771" y="9608"/>
                      <wp:lineTo x="792" y="16547"/>
                      <wp:lineTo x="1188" y="18148"/>
                      <wp:lineTo x="5542" y="18148"/>
                      <wp:lineTo x="5542" y="20817"/>
                      <wp:lineTo x="16230" y="20817"/>
                      <wp:lineTo x="16626" y="19750"/>
                      <wp:lineTo x="20584" y="17614"/>
                      <wp:lineTo x="20980" y="15479"/>
                      <wp:lineTo x="18605" y="9608"/>
                      <wp:lineTo x="19792" y="2135"/>
                      <wp:lineTo x="19792" y="0"/>
                      <wp:lineTo x="17417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ec-63611e6d-65f0-41e1-9b44-e6ff634e6d63.png"/>
                          <pic:cNvPicPr/>
                        </pic:nvPicPr>
                        <pic:blipFill rotWithShape="1">
                          <a:blip r:embed="rId6"/>
                          <a:srcRect l="12390" t="22124" r="14122" b="23346"/>
                          <a:stretch/>
                        </pic:blipFill>
                        <pic:spPr bwMode="auto">
                          <a:xfrm>
                            <a:off x="0" y="0"/>
                            <a:ext cx="1039495" cy="770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FFF7F3F" w14:textId="5091B917" w:rsidR="00691B62" w:rsidRDefault="00D705CB">
      <w:pPr>
        <w:spacing w:line="240" w:lineRule="auto"/>
        <w:rPr>
          <w:rFonts w:hint="eastAsia"/>
        </w:rPr>
      </w:pPr>
      <w:r>
        <w:rPr>
          <w:noProof/>
          <w:sz w:val="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45CC86" wp14:editId="1A740014">
                <wp:simplePos x="0" y="0"/>
                <wp:positionH relativeFrom="column">
                  <wp:posOffset>76069</wp:posOffset>
                </wp:positionH>
                <wp:positionV relativeFrom="paragraph">
                  <wp:posOffset>194527</wp:posOffset>
                </wp:positionV>
                <wp:extent cx="7051909" cy="501042"/>
                <wp:effectExtent l="0" t="0" r="15875" b="1333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1909" cy="501042"/>
                        </a:xfrm>
                        <a:prstGeom prst="rect">
                          <a:avLst/>
                        </a:prstGeom>
                        <a:solidFill>
                          <a:srgbClr val="FEEAB8"/>
                        </a:solidFill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D33F86" w14:textId="1B29EA2E" w:rsidR="00D705CB" w:rsidRPr="00D705CB" w:rsidRDefault="00D705CB">
                            <w:pPr>
                              <w:rPr>
                                <w:rFonts w:hint="eastAsia"/>
                                <w:sz w:val="48"/>
                                <w:szCs w:val="48"/>
                              </w:rPr>
                            </w:pPr>
                            <w:r w:rsidRPr="00D705CB">
                              <w:rPr>
                                <w:rFonts w:ascii="Letter-join Basic 4" w:hAnsi="Letter-join Basic 4"/>
                                <w:b/>
                                <w:color w:val="171717"/>
                                <w:sz w:val="48"/>
                                <w:szCs w:val="48"/>
                              </w:rPr>
                              <w:t xml:space="preserve">Focus: </w:t>
                            </w:r>
                            <w:proofErr w:type="spellStart"/>
                            <w:r w:rsidRPr="00D705CB">
                              <w:rPr>
                                <w:rFonts w:ascii="Letter-join Basic 4" w:hAnsi="Letter-join Basic 4"/>
                                <w:color w:val="171717"/>
                                <w:sz w:val="48"/>
                                <w:szCs w:val="48"/>
                              </w:rPr>
                              <w:t>eigh</w:t>
                            </w:r>
                            <w:proofErr w:type="spellEnd"/>
                            <w:r w:rsidRPr="00D705CB">
                              <w:rPr>
                                <w:rFonts w:ascii="Letter-join Basic 4" w:hAnsi="Letter-join Basic 4"/>
                                <w:color w:val="171717"/>
                                <w:sz w:val="48"/>
                                <w:szCs w:val="48"/>
                              </w:rPr>
                              <w:t xml:space="preserve">, </w:t>
                            </w:r>
                            <w:proofErr w:type="spellStart"/>
                            <w:r w:rsidRPr="00D705CB">
                              <w:rPr>
                                <w:rFonts w:ascii="Letter-join Basic 4" w:hAnsi="Letter-join Basic 4"/>
                                <w:color w:val="171717"/>
                                <w:sz w:val="48"/>
                                <w:szCs w:val="48"/>
                              </w:rPr>
                              <w:t>kn</w:t>
                            </w:r>
                            <w:proofErr w:type="spellEnd"/>
                            <w:r w:rsidRPr="00D705CB">
                              <w:rPr>
                                <w:rFonts w:ascii="Letter-join Basic 4" w:hAnsi="Letter-join Basic 4"/>
                                <w:color w:val="171717"/>
                                <w:sz w:val="48"/>
                                <w:szCs w:val="48"/>
                              </w:rPr>
                              <w:t xml:space="preserve">, mb, </w:t>
                            </w:r>
                            <w:proofErr w:type="spellStart"/>
                            <w:r w:rsidRPr="00D705CB">
                              <w:rPr>
                                <w:rFonts w:ascii="Letter-join Basic 4" w:hAnsi="Letter-join Basic 4"/>
                                <w:color w:val="171717"/>
                                <w:sz w:val="48"/>
                                <w:szCs w:val="48"/>
                              </w:rPr>
                              <w:t>eer</w:t>
                            </w:r>
                            <w:proofErr w:type="spellEnd"/>
                            <w:r w:rsidRPr="00D705CB">
                              <w:rPr>
                                <w:rFonts w:ascii="Letter-join Basic 4" w:hAnsi="Letter-join Basic 4"/>
                                <w:color w:val="171717"/>
                                <w:sz w:val="48"/>
                                <w:szCs w:val="48"/>
                              </w:rPr>
                              <w:t xml:space="preserve">, </w:t>
                            </w:r>
                            <w:proofErr w:type="spellStart"/>
                            <w:r w:rsidRPr="00D705CB">
                              <w:rPr>
                                <w:rFonts w:ascii="Letter-join Basic 4" w:hAnsi="Letter-join Basic 4"/>
                                <w:color w:val="171717"/>
                                <w:sz w:val="48"/>
                                <w:szCs w:val="48"/>
                              </w:rPr>
                              <w:t>ea</w:t>
                            </w:r>
                            <w:proofErr w:type="spellEnd"/>
                            <w:r w:rsidRPr="00D705CB">
                              <w:rPr>
                                <w:rFonts w:ascii="Letter-join Basic 4" w:hAnsi="Letter-join Basic 4"/>
                                <w:color w:val="171717"/>
                                <w:sz w:val="48"/>
                                <w:szCs w:val="48"/>
                              </w:rPr>
                              <w:t xml:space="preserve">, </w:t>
                            </w:r>
                            <w:proofErr w:type="spellStart"/>
                            <w:r w:rsidRPr="00D705CB">
                              <w:rPr>
                                <w:rFonts w:ascii="Letter-join Basic 4" w:hAnsi="Letter-join Basic 4"/>
                                <w:color w:val="171717"/>
                                <w:sz w:val="48"/>
                                <w:szCs w:val="48"/>
                              </w:rPr>
                              <w:t>gn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5CC86" id="Text Box 6" o:spid="_x0000_s1027" type="#_x0000_t202" style="position:absolute;margin-left:6pt;margin-top:15.3pt;width:555.25pt;height:3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" fillcolor="#feeab8" strokecolor="#f79646 [3209]" strokeweight="2pt">
                <v:textbox>
                  <w:txbxContent>
                    <w:p w14:paraId="4DD33F86" w14:textId="1B29EA2E" w:rsidR="00D705CB" w:rsidRPr="00D705CB" w:rsidRDefault="00D705CB">
                      <w:pPr>
                        <w:rPr>
                          <w:rFonts w:hint="eastAsia"/>
                          <w:sz w:val="48"/>
                          <w:szCs w:val="48"/>
                        </w:rPr>
                      </w:pPr>
                      <w:r w:rsidRPr="00D705CB">
                        <w:rPr>
                          <w:rFonts w:ascii="Letter-join Basic 4" w:hAnsi="Letter-join Basic 4"/>
                          <w:b/>
                          <w:color w:val="171717"/>
                          <w:sz w:val="48"/>
                          <w:szCs w:val="48"/>
                        </w:rPr>
                        <w:t xml:space="preserve">Focus: </w:t>
                      </w:r>
                      <w:proofErr w:type="spellStart"/>
                      <w:r w:rsidRPr="00D705CB">
                        <w:rPr>
                          <w:rFonts w:ascii="Letter-join Basic 4" w:hAnsi="Letter-join Basic 4"/>
                          <w:color w:val="171717"/>
                          <w:sz w:val="48"/>
                          <w:szCs w:val="48"/>
                        </w:rPr>
                        <w:t>eigh</w:t>
                      </w:r>
                      <w:proofErr w:type="spellEnd"/>
                      <w:r w:rsidRPr="00D705CB">
                        <w:rPr>
                          <w:rFonts w:ascii="Letter-join Basic 4" w:hAnsi="Letter-join Basic 4"/>
                          <w:color w:val="171717"/>
                          <w:sz w:val="48"/>
                          <w:szCs w:val="48"/>
                        </w:rPr>
                        <w:t xml:space="preserve">, </w:t>
                      </w:r>
                      <w:proofErr w:type="spellStart"/>
                      <w:r w:rsidRPr="00D705CB">
                        <w:rPr>
                          <w:rFonts w:ascii="Letter-join Basic 4" w:hAnsi="Letter-join Basic 4"/>
                          <w:color w:val="171717"/>
                          <w:sz w:val="48"/>
                          <w:szCs w:val="48"/>
                        </w:rPr>
                        <w:t>kn</w:t>
                      </w:r>
                      <w:proofErr w:type="spellEnd"/>
                      <w:r w:rsidRPr="00D705CB">
                        <w:rPr>
                          <w:rFonts w:ascii="Letter-join Basic 4" w:hAnsi="Letter-join Basic 4"/>
                          <w:color w:val="171717"/>
                          <w:sz w:val="48"/>
                          <w:szCs w:val="48"/>
                        </w:rPr>
                        <w:t xml:space="preserve">, mb, </w:t>
                      </w:r>
                      <w:proofErr w:type="spellStart"/>
                      <w:r w:rsidRPr="00D705CB">
                        <w:rPr>
                          <w:rFonts w:ascii="Letter-join Basic 4" w:hAnsi="Letter-join Basic 4"/>
                          <w:color w:val="171717"/>
                          <w:sz w:val="48"/>
                          <w:szCs w:val="48"/>
                        </w:rPr>
                        <w:t>eer</w:t>
                      </w:r>
                      <w:proofErr w:type="spellEnd"/>
                      <w:r w:rsidRPr="00D705CB">
                        <w:rPr>
                          <w:rFonts w:ascii="Letter-join Basic 4" w:hAnsi="Letter-join Basic 4"/>
                          <w:color w:val="171717"/>
                          <w:sz w:val="48"/>
                          <w:szCs w:val="48"/>
                        </w:rPr>
                        <w:t xml:space="preserve">, </w:t>
                      </w:r>
                      <w:proofErr w:type="spellStart"/>
                      <w:r w:rsidRPr="00D705CB">
                        <w:rPr>
                          <w:rFonts w:ascii="Letter-join Basic 4" w:hAnsi="Letter-join Basic 4"/>
                          <w:color w:val="171717"/>
                          <w:sz w:val="48"/>
                          <w:szCs w:val="48"/>
                        </w:rPr>
                        <w:t>ea</w:t>
                      </w:r>
                      <w:proofErr w:type="spellEnd"/>
                      <w:r w:rsidRPr="00D705CB">
                        <w:rPr>
                          <w:rFonts w:ascii="Letter-join Basic 4" w:hAnsi="Letter-join Basic 4"/>
                          <w:color w:val="171717"/>
                          <w:sz w:val="48"/>
                          <w:szCs w:val="48"/>
                        </w:rPr>
                        <w:t xml:space="preserve">, </w:t>
                      </w:r>
                      <w:proofErr w:type="spellStart"/>
                      <w:r w:rsidRPr="00D705CB">
                        <w:rPr>
                          <w:rFonts w:ascii="Letter-join Basic 4" w:hAnsi="Letter-join Basic 4"/>
                          <w:color w:val="171717"/>
                          <w:sz w:val="48"/>
                          <w:szCs w:val="48"/>
                        </w:rPr>
                        <w:t>gn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4440D">
        <w:rPr>
          <w:sz w:val="4"/>
        </w:rPr>
        <w:t xml:space="preserve"> </w:t>
      </w:r>
    </w:p>
    <w:p w14:paraId="7B37373D" w14:textId="77777777" w:rsidR="00D705CB" w:rsidRDefault="00D705CB">
      <w:pPr>
        <w:spacing w:line="240" w:lineRule="auto"/>
        <w:rPr>
          <w:rFonts w:hint="eastAsia"/>
          <w:sz w:val="6"/>
        </w:rPr>
      </w:pPr>
    </w:p>
    <w:p w14:paraId="47B7D5D8" w14:textId="77777777" w:rsidR="00D705CB" w:rsidRDefault="00D705CB">
      <w:pPr>
        <w:spacing w:line="240" w:lineRule="auto"/>
        <w:rPr>
          <w:rFonts w:hint="eastAsia"/>
          <w:sz w:val="6"/>
        </w:rPr>
      </w:pPr>
    </w:p>
    <w:p w14:paraId="228FE755" w14:textId="77777777" w:rsidR="00D705CB" w:rsidRDefault="00D705CB">
      <w:pPr>
        <w:spacing w:line="240" w:lineRule="auto"/>
        <w:rPr>
          <w:rFonts w:hint="eastAsia"/>
          <w:sz w:val="6"/>
        </w:rPr>
      </w:pPr>
    </w:p>
    <w:p w14:paraId="7500B266" w14:textId="77777777" w:rsidR="00D705CB" w:rsidRDefault="00D705CB">
      <w:pPr>
        <w:spacing w:line="240" w:lineRule="auto"/>
        <w:rPr>
          <w:rFonts w:hint="eastAsia"/>
          <w:sz w:val="6"/>
        </w:rPr>
      </w:pPr>
    </w:p>
    <w:p w14:paraId="53D3179F" w14:textId="77777777" w:rsidR="00D705CB" w:rsidRDefault="00D705CB">
      <w:pPr>
        <w:spacing w:line="240" w:lineRule="auto"/>
        <w:rPr>
          <w:rFonts w:hint="eastAsia"/>
          <w:sz w:val="6"/>
        </w:rPr>
      </w:pPr>
    </w:p>
    <w:p w14:paraId="3DD0CB9B" w14:textId="77777777" w:rsidR="00D705CB" w:rsidRDefault="00D705CB">
      <w:pPr>
        <w:spacing w:line="240" w:lineRule="auto"/>
        <w:rPr>
          <w:rFonts w:hint="eastAsia"/>
          <w:sz w:val="6"/>
        </w:rPr>
      </w:pPr>
    </w:p>
    <w:p w14:paraId="74701BEF" w14:textId="77777777" w:rsidR="00D705CB" w:rsidRDefault="00D705CB">
      <w:pPr>
        <w:spacing w:line="240" w:lineRule="auto"/>
        <w:rPr>
          <w:rFonts w:hint="eastAsia"/>
          <w:sz w:val="6"/>
        </w:rPr>
      </w:pPr>
    </w:p>
    <w:p w14:paraId="0CD5C01F" w14:textId="76DB17FC" w:rsidR="00D705CB" w:rsidRDefault="00D705CB">
      <w:pPr>
        <w:spacing w:line="240" w:lineRule="auto"/>
        <w:rPr>
          <w:rFonts w:hint="eastAsia"/>
          <w:sz w:val="6"/>
        </w:rPr>
      </w:pPr>
    </w:p>
    <w:p w14:paraId="4E3414A2" w14:textId="3F086EE2" w:rsidR="00D705CB" w:rsidRDefault="00D705CB">
      <w:pPr>
        <w:spacing w:line="240" w:lineRule="auto"/>
        <w:rPr>
          <w:rFonts w:hint="eastAsia"/>
          <w:sz w:val="6"/>
        </w:rPr>
      </w:pPr>
    </w:p>
    <w:p w14:paraId="41929A62" w14:textId="303989FA" w:rsidR="00D705CB" w:rsidRDefault="00D705CB">
      <w:pPr>
        <w:spacing w:line="240" w:lineRule="auto"/>
        <w:rPr>
          <w:rFonts w:hint="eastAsia"/>
          <w:sz w:val="6"/>
        </w:rPr>
      </w:pPr>
    </w:p>
    <w:p w14:paraId="2A6F16A3" w14:textId="02C42464" w:rsidR="00D705CB" w:rsidRDefault="00D705CB">
      <w:pPr>
        <w:spacing w:line="240" w:lineRule="auto"/>
        <w:rPr>
          <w:rFonts w:hint="eastAsia"/>
          <w:sz w:val="6"/>
        </w:rPr>
      </w:pPr>
    </w:p>
    <w:p w14:paraId="39B4B425" w14:textId="646FC28A" w:rsidR="00D705CB" w:rsidRDefault="00D705CB">
      <w:pPr>
        <w:spacing w:line="240" w:lineRule="auto"/>
        <w:rPr>
          <w:rFonts w:hint="eastAsia"/>
          <w:sz w:val="6"/>
        </w:rPr>
      </w:pPr>
    </w:p>
    <w:p w14:paraId="2E870379" w14:textId="0C9CFC8C" w:rsidR="00D705CB" w:rsidRDefault="00D705CB">
      <w:pPr>
        <w:spacing w:line="240" w:lineRule="auto"/>
        <w:rPr>
          <w:rFonts w:hint="eastAsia"/>
          <w:sz w:val="6"/>
        </w:rPr>
      </w:pPr>
    </w:p>
    <w:p w14:paraId="7D913430" w14:textId="468C1185" w:rsidR="00D705CB" w:rsidRDefault="00D705CB">
      <w:pPr>
        <w:spacing w:line="240" w:lineRule="auto"/>
        <w:rPr>
          <w:rFonts w:hint="eastAsia"/>
          <w:sz w:val="6"/>
        </w:rPr>
      </w:pPr>
    </w:p>
    <w:p w14:paraId="0688ED5E" w14:textId="4E06DEA7" w:rsidR="00D705CB" w:rsidRDefault="00D705CB">
      <w:pPr>
        <w:spacing w:line="240" w:lineRule="auto"/>
        <w:rPr>
          <w:rFonts w:hint="eastAsia"/>
          <w:sz w:val="6"/>
        </w:rPr>
      </w:pPr>
    </w:p>
    <w:p w14:paraId="78988CA6" w14:textId="0F58B04C" w:rsidR="00D705CB" w:rsidRDefault="00D705CB">
      <w:pPr>
        <w:spacing w:line="240" w:lineRule="auto"/>
        <w:rPr>
          <w:rFonts w:hint="eastAsia"/>
          <w:sz w:val="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98"/>
        <w:gridCol w:w="2798"/>
        <w:gridCol w:w="2798"/>
        <w:gridCol w:w="2804"/>
      </w:tblGrid>
      <w:tr w:rsidR="00691B62" w14:paraId="7B4AFEDF" w14:textId="77777777" w:rsidTr="0094440D">
        <w:trPr>
          <w:trHeight w:val="455"/>
          <w:jc w:val="center"/>
        </w:trPr>
        <w:tc>
          <w:tcPr>
            <w:tcW w:w="11198" w:type="dxa"/>
            <w:gridSpan w:val="4"/>
            <w:tcBorders>
              <w:top w:val="single" w:sz="10" w:space="0" w:color="3875BD"/>
              <w:left w:val="single" w:sz="10" w:space="0" w:color="3875BD"/>
              <w:bottom w:val="single" w:sz="10" w:space="0" w:color="3875BD"/>
              <w:right w:val="single" w:sz="10" w:space="0" w:color="3875BD"/>
            </w:tcBorders>
            <w:shd w:val="clear" w:color="auto" w:fill="E4F2FF"/>
            <w:tcMar>
              <w:top w:w="80" w:type="dxa"/>
              <w:left w:w="140" w:type="dxa"/>
              <w:bottom w:w="50" w:type="dxa"/>
              <w:right w:w="70" w:type="dxa"/>
            </w:tcMar>
          </w:tcPr>
          <w:p w14:paraId="22D9096A" w14:textId="4F273D89" w:rsidR="00691B62" w:rsidRPr="0094440D" w:rsidRDefault="00D705CB" w:rsidP="00D705CB">
            <w:pPr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b/>
                <w:color w:val="171717"/>
                <w:sz w:val="44"/>
                <w:szCs w:val="44"/>
              </w:rPr>
              <w:t>G</w:t>
            </w:r>
            <w:r w:rsidR="0094440D" w:rsidRPr="0094440D">
              <w:rPr>
                <w:rFonts w:ascii="Letter-join Basic 4" w:hAnsi="Letter-join Basic 4"/>
                <w:b/>
                <w:color w:val="171717"/>
                <w:sz w:val="44"/>
                <w:szCs w:val="44"/>
              </w:rPr>
              <w:t>raphemes</w:t>
            </w:r>
          </w:p>
        </w:tc>
      </w:tr>
      <w:tr w:rsidR="00691B62" w14:paraId="486540B0" w14:textId="77777777" w:rsidTr="0094440D">
        <w:trPr>
          <w:trHeight w:val="430"/>
          <w:jc w:val="center"/>
        </w:trPr>
        <w:tc>
          <w:tcPr>
            <w:tcW w:w="279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0720A947" w14:textId="77777777" w:rsidR="00691B62" w:rsidRPr="0094440D" w:rsidRDefault="0094440D" w:rsidP="00D705CB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eigh</w:t>
            </w:r>
          </w:p>
        </w:tc>
        <w:tc>
          <w:tcPr>
            <w:tcW w:w="279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0B0AAA70" w14:textId="77777777" w:rsidR="00691B62" w:rsidRPr="0094440D" w:rsidRDefault="0094440D" w:rsidP="00D705CB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kn</w:t>
            </w:r>
          </w:p>
        </w:tc>
        <w:tc>
          <w:tcPr>
            <w:tcW w:w="279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33395385" w14:textId="77777777" w:rsidR="00691B62" w:rsidRPr="0094440D" w:rsidRDefault="0094440D" w:rsidP="00D705CB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mb</w:t>
            </w:r>
          </w:p>
        </w:tc>
        <w:tc>
          <w:tcPr>
            <w:tcW w:w="280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3945DE13" w14:textId="77777777" w:rsidR="00691B62" w:rsidRPr="0094440D" w:rsidRDefault="0094440D" w:rsidP="00D705CB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eer</w:t>
            </w:r>
          </w:p>
        </w:tc>
      </w:tr>
      <w:tr w:rsidR="00691B62" w14:paraId="1744BFF0" w14:textId="77777777" w:rsidTr="0094440D">
        <w:trPr>
          <w:trHeight w:val="430"/>
          <w:jc w:val="center"/>
        </w:trPr>
        <w:tc>
          <w:tcPr>
            <w:tcW w:w="279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6F6F8C35" w14:textId="77777777" w:rsidR="00691B62" w:rsidRPr="0094440D" w:rsidRDefault="0094440D" w:rsidP="00D705CB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ea</w:t>
            </w:r>
          </w:p>
        </w:tc>
        <w:tc>
          <w:tcPr>
            <w:tcW w:w="279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2562B927" w14:textId="77777777" w:rsidR="00691B62" w:rsidRPr="0094440D" w:rsidRDefault="0094440D" w:rsidP="00D705CB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gn</w:t>
            </w:r>
          </w:p>
        </w:tc>
        <w:tc>
          <w:tcPr>
            <w:tcW w:w="2798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5765D639" w14:textId="77777777" w:rsidR="00691B62" w:rsidRPr="0094440D" w:rsidRDefault="00691B62" w:rsidP="00D705CB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02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78D8265D" w14:textId="77777777" w:rsidR="00691B62" w:rsidRPr="0094440D" w:rsidRDefault="00691B62" w:rsidP="00D705CB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</w:p>
        </w:tc>
      </w:tr>
    </w:tbl>
    <w:p w14:paraId="4384214B" w14:textId="77777777" w:rsidR="00691B62" w:rsidRDefault="0094440D">
      <w:pPr>
        <w:spacing w:line="240" w:lineRule="auto"/>
        <w:rPr>
          <w:rFonts w:hint="eastAsia"/>
        </w:rPr>
      </w:pPr>
      <w:r>
        <w:rPr>
          <w:sz w:val="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7"/>
        <w:gridCol w:w="2849"/>
        <w:gridCol w:w="2849"/>
        <w:gridCol w:w="2849"/>
      </w:tblGrid>
      <w:tr w:rsidR="00691B62" w14:paraId="64D9ECF3" w14:textId="77777777" w:rsidTr="0094440D">
        <w:trPr>
          <w:trHeight w:val="45"/>
          <w:jc w:val="center"/>
        </w:trPr>
        <w:tc>
          <w:tcPr>
            <w:tcW w:w="2707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shd w:val="clear" w:color="auto" w:fill="D9FFF3"/>
            <w:tcMar>
              <w:top w:w="85" w:type="dxa"/>
              <w:left w:w="20" w:type="dxa"/>
              <w:bottom w:w="85" w:type="dxa"/>
              <w:right w:w="20" w:type="dxa"/>
            </w:tcMar>
            <w:vAlign w:val="center"/>
          </w:tcPr>
          <w:p w14:paraId="3EFE228C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b/>
                <w:color w:val="171717"/>
                <w:sz w:val="44"/>
                <w:szCs w:val="44"/>
              </w:rPr>
              <w:t>Words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shd w:val="clear" w:color="auto" w:fill="FFF3FF"/>
            <w:tcMar>
              <w:top w:w="85" w:type="dxa"/>
              <w:left w:w="20" w:type="dxa"/>
              <w:bottom w:w="85" w:type="dxa"/>
              <w:right w:w="20" w:type="dxa"/>
            </w:tcMar>
            <w:vAlign w:val="center"/>
          </w:tcPr>
          <w:p w14:paraId="368028B4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b/>
                <w:color w:val="171717"/>
                <w:sz w:val="44"/>
                <w:szCs w:val="44"/>
              </w:rPr>
              <w:t>1st practice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shd w:val="clear" w:color="auto" w:fill="FFF4CF"/>
            <w:tcMar>
              <w:top w:w="85" w:type="dxa"/>
              <w:left w:w="20" w:type="dxa"/>
              <w:bottom w:w="85" w:type="dxa"/>
              <w:right w:w="20" w:type="dxa"/>
            </w:tcMar>
            <w:vAlign w:val="center"/>
          </w:tcPr>
          <w:p w14:paraId="6DA6650B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b/>
                <w:color w:val="171717"/>
                <w:sz w:val="44"/>
                <w:szCs w:val="44"/>
              </w:rPr>
              <w:t>2nd practice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shd w:val="clear" w:color="auto" w:fill="E5FFFF"/>
            <w:tcMar>
              <w:top w:w="85" w:type="dxa"/>
              <w:left w:w="20" w:type="dxa"/>
              <w:bottom w:w="85" w:type="dxa"/>
              <w:right w:w="20" w:type="dxa"/>
            </w:tcMar>
            <w:vAlign w:val="center"/>
          </w:tcPr>
          <w:p w14:paraId="237F472A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b/>
                <w:color w:val="171717"/>
                <w:sz w:val="44"/>
                <w:szCs w:val="44"/>
              </w:rPr>
              <w:t>3rd practice</w:t>
            </w:r>
          </w:p>
        </w:tc>
      </w:tr>
      <w:tr w:rsidR="00691B62" w14:paraId="70AE5DD1" w14:textId="77777777" w:rsidTr="00D705CB">
        <w:trPr>
          <w:trHeight w:val="612"/>
          <w:jc w:val="center"/>
        </w:trPr>
        <w:tc>
          <w:tcPr>
            <w:tcW w:w="2707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17640630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eight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734E2618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18184B93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77180CC2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</w:tr>
      <w:tr w:rsidR="00691B62" w14:paraId="0D57CEFA" w14:textId="77777777" w:rsidTr="00D705CB">
        <w:trPr>
          <w:trHeight w:val="612"/>
          <w:jc w:val="center"/>
        </w:trPr>
        <w:tc>
          <w:tcPr>
            <w:tcW w:w="2707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6C521821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know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247497E9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27F48B1B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6B894CE5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</w:tr>
      <w:tr w:rsidR="00691B62" w14:paraId="7E3482BB" w14:textId="77777777" w:rsidTr="00D705CB">
        <w:trPr>
          <w:trHeight w:val="612"/>
          <w:jc w:val="center"/>
        </w:trPr>
        <w:tc>
          <w:tcPr>
            <w:tcW w:w="2707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7CAC01F1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thumb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6DD3726F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63D9FE23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3CF7819F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</w:tr>
      <w:tr w:rsidR="00691B62" w14:paraId="69D03CAD" w14:textId="77777777" w:rsidTr="00D705CB">
        <w:trPr>
          <w:trHeight w:val="612"/>
          <w:jc w:val="center"/>
        </w:trPr>
        <w:tc>
          <w:tcPr>
            <w:tcW w:w="2707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3F883532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cheer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676DA357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74203B2F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138B8093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</w:tr>
      <w:tr w:rsidR="00691B62" w14:paraId="1C2A62F4" w14:textId="77777777" w:rsidTr="00D705CB">
        <w:trPr>
          <w:trHeight w:val="612"/>
          <w:jc w:val="center"/>
        </w:trPr>
        <w:tc>
          <w:tcPr>
            <w:tcW w:w="2707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74B4984E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great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4F43D1E9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77D8AEEF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4EBBF81D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</w:tr>
      <w:tr w:rsidR="00691B62" w14:paraId="2F670945" w14:textId="77777777" w:rsidTr="00D705CB">
        <w:trPr>
          <w:trHeight w:val="612"/>
          <w:jc w:val="center"/>
        </w:trPr>
        <w:tc>
          <w:tcPr>
            <w:tcW w:w="2707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2122EC21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sign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53C97E63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740271FB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1CDB981B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</w:tr>
      <w:tr w:rsidR="00691B62" w14:paraId="59C53922" w14:textId="77777777" w:rsidTr="00D705CB">
        <w:trPr>
          <w:trHeight w:val="612"/>
          <w:jc w:val="center"/>
        </w:trPr>
        <w:tc>
          <w:tcPr>
            <w:tcW w:w="2707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1EDB5E28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crumb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60B7DFF3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091748B2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5D4C78DA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</w:tr>
      <w:tr w:rsidR="00691B62" w14:paraId="4D147440" w14:textId="77777777" w:rsidTr="00D705CB">
        <w:trPr>
          <w:trHeight w:val="612"/>
          <w:jc w:val="center"/>
        </w:trPr>
        <w:tc>
          <w:tcPr>
            <w:tcW w:w="2707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7E2DA371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steer</w:t>
            </w: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37E41AF1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44EA50D0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  <w:tc>
          <w:tcPr>
            <w:tcW w:w="2849" w:type="dxa"/>
            <w:tcBorders>
              <w:top w:val="single" w:sz="5" w:space="0" w:color="222222"/>
              <w:left w:val="single" w:sz="5" w:space="0" w:color="222222"/>
              <w:bottom w:val="single" w:sz="5" w:space="0" w:color="222222"/>
              <w:right w:val="single" w:sz="5" w:space="0" w:color="222222"/>
            </w:tcBorders>
            <w:tcMar>
              <w:top w:w="45" w:type="dxa"/>
              <w:left w:w="25" w:type="dxa"/>
              <w:bottom w:w="45" w:type="dxa"/>
              <w:right w:w="25" w:type="dxa"/>
            </w:tcMar>
            <w:vAlign w:val="center"/>
          </w:tcPr>
          <w:p w14:paraId="6C2B1D6B" w14:textId="77777777" w:rsidR="00691B62" w:rsidRPr="0094440D" w:rsidRDefault="00691B62">
            <w:pPr>
              <w:rPr>
                <w:rFonts w:ascii="Letter-join Basic 4" w:hAnsi="Letter-join Basic 4"/>
                <w:sz w:val="44"/>
                <w:szCs w:val="44"/>
              </w:rPr>
            </w:pPr>
          </w:p>
        </w:tc>
      </w:tr>
    </w:tbl>
    <w:p w14:paraId="24BCA81F" w14:textId="77777777" w:rsidR="00691B62" w:rsidRDefault="0094440D">
      <w:pPr>
        <w:spacing w:line="240" w:lineRule="auto"/>
        <w:rPr>
          <w:rFonts w:hint="eastAsia"/>
        </w:rPr>
      </w:pPr>
      <w:r>
        <w:rPr>
          <w:sz w:val="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7"/>
        <w:gridCol w:w="2849"/>
        <w:gridCol w:w="2849"/>
        <w:gridCol w:w="2849"/>
      </w:tblGrid>
      <w:tr w:rsidR="00691B62" w14:paraId="00FDA72A" w14:textId="77777777" w:rsidTr="0094440D">
        <w:trPr>
          <w:trHeight w:val="465"/>
          <w:jc w:val="center"/>
        </w:trPr>
        <w:tc>
          <w:tcPr>
            <w:tcW w:w="11254" w:type="dxa"/>
            <w:gridSpan w:val="4"/>
            <w:tcBorders>
              <w:top w:val="single" w:sz="10" w:space="0" w:color="8C42C3"/>
              <w:left w:val="single" w:sz="10" w:space="0" w:color="8C42C3"/>
              <w:bottom w:val="single" w:sz="10" w:space="0" w:color="8C42C3"/>
              <w:right w:val="single" w:sz="10" w:space="0" w:color="8C42C3"/>
            </w:tcBorders>
            <w:shd w:val="clear" w:color="auto" w:fill="F2E8FF"/>
            <w:tcMar>
              <w:top w:w="75" w:type="dxa"/>
              <w:left w:w="140" w:type="dxa"/>
              <w:bottom w:w="50" w:type="dxa"/>
              <w:right w:w="70" w:type="dxa"/>
            </w:tcMar>
          </w:tcPr>
          <w:p w14:paraId="748A842D" w14:textId="77777777" w:rsidR="00691B62" w:rsidRPr="0094440D" w:rsidRDefault="0094440D">
            <w:pPr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b/>
                <w:color w:val="171717"/>
                <w:sz w:val="44"/>
                <w:szCs w:val="44"/>
              </w:rPr>
              <w:t>Tricky words</w:t>
            </w:r>
          </w:p>
        </w:tc>
      </w:tr>
      <w:tr w:rsidR="00691B62" w14:paraId="6952D948" w14:textId="77777777" w:rsidTr="0094440D">
        <w:trPr>
          <w:trHeight w:val="635"/>
          <w:jc w:val="center"/>
        </w:trPr>
        <w:tc>
          <w:tcPr>
            <w:tcW w:w="2707" w:type="dxa"/>
            <w:tcBorders>
              <w:top w:val="single" w:sz="8" w:space="0" w:color="8C42C3"/>
              <w:left w:val="single" w:sz="8" w:space="0" w:color="8C42C3"/>
              <w:bottom w:val="single" w:sz="8" w:space="0" w:color="8C42C3"/>
              <w:right w:val="single" w:sz="8" w:space="0" w:color="8C42C3"/>
            </w:tcBorders>
            <w:tcMar>
              <w:top w:w="65" w:type="dxa"/>
              <w:left w:w="25" w:type="dxa"/>
              <w:bottom w:w="65" w:type="dxa"/>
              <w:right w:w="25" w:type="dxa"/>
            </w:tcMar>
            <w:vAlign w:val="center"/>
          </w:tcPr>
          <w:p w14:paraId="1E02B0A1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busy</w:t>
            </w:r>
          </w:p>
        </w:tc>
        <w:tc>
          <w:tcPr>
            <w:tcW w:w="2849" w:type="dxa"/>
            <w:tcBorders>
              <w:top w:val="single" w:sz="8" w:space="0" w:color="8C42C3"/>
              <w:left w:val="single" w:sz="8" w:space="0" w:color="8C42C3"/>
              <w:bottom w:val="single" w:sz="8" w:space="0" w:color="8C42C3"/>
              <w:right w:val="single" w:sz="8" w:space="0" w:color="8C42C3"/>
            </w:tcBorders>
            <w:tcMar>
              <w:top w:w="65" w:type="dxa"/>
              <w:left w:w="25" w:type="dxa"/>
              <w:bottom w:w="65" w:type="dxa"/>
              <w:right w:w="25" w:type="dxa"/>
            </w:tcMar>
            <w:vAlign w:val="center"/>
          </w:tcPr>
          <w:p w14:paraId="683ED712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beautiful</w:t>
            </w:r>
          </w:p>
        </w:tc>
        <w:tc>
          <w:tcPr>
            <w:tcW w:w="2849" w:type="dxa"/>
            <w:tcBorders>
              <w:top w:val="single" w:sz="8" w:space="0" w:color="8C42C3"/>
              <w:left w:val="single" w:sz="8" w:space="0" w:color="8C42C3"/>
              <w:bottom w:val="single" w:sz="8" w:space="0" w:color="8C42C3"/>
              <w:right w:val="single" w:sz="8" w:space="0" w:color="8C42C3"/>
            </w:tcBorders>
            <w:tcMar>
              <w:top w:w="65" w:type="dxa"/>
              <w:left w:w="25" w:type="dxa"/>
              <w:bottom w:w="65" w:type="dxa"/>
              <w:right w:w="25" w:type="dxa"/>
            </w:tcMar>
            <w:vAlign w:val="center"/>
          </w:tcPr>
          <w:p w14:paraId="4DCDB6ED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pretty</w:t>
            </w:r>
          </w:p>
        </w:tc>
        <w:tc>
          <w:tcPr>
            <w:tcW w:w="2849" w:type="dxa"/>
            <w:tcBorders>
              <w:top w:val="single" w:sz="8" w:space="0" w:color="8C42C3"/>
              <w:left w:val="single" w:sz="8" w:space="0" w:color="8C42C3"/>
              <w:bottom w:val="single" w:sz="8" w:space="0" w:color="8C42C3"/>
              <w:right w:val="single" w:sz="8" w:space="0" w:color="8C42C3"/>
            </w:tcBorders>
            <w:tcMar>
              <w:top w:w="65" w:type="dxa"/>
              <w:left w:w="25" w:type="dxa"/>
              <w:bottom w:w="65" w:type="dxa"/>
              <w:right w:w="25" w:type="dxa"/>
            </w:tcMar>
            <w:vAlign w:val="center"/>
          </w:tcPr>
          <w:p w14:paraId="67EF7B1C" w14:textId="77777777" w:rsidR="00691B62" w:rsidRPr="0094440D" w:rsidRDefault="0094440D">
            <w:pPr>
              <w:jc w:val="center"/>
              <w:rPr>
                <w:rFonts w:ascii="Letter-join Basic 4" w:hAnsi="Letter-join Basic 4"/>
                <w:sz w:val="44"/>
                <w:szCs w:val="44"/>
              </w:rPr>
            </w:pPr>
            <w:r w:rsidRPr="0094440D">
              <w:rPr>
                <w:rFonts w:ascii="Letter-join Basic 4" w:hAnsi="Letter-join Basic 4"/>
                <w:color w:val="171717"/>
                <w:sz w:val="44"/>
                <w:szCs w:val="44"/>
              </w:rPr>
              <w:t>hour</w:t>
            </w:r>
          </w:p>
        </w:tc>
      </w:tr>
    </w:tbl>
    <w:p w14:paraId="2A667F84" w14:textId="77777777" w:rsidR="00691B62" w:rsidRDefault="0094440D">
      <w:pPr>
        <w:spacing w:line="240" w:lineRule="auto"/>
        <w:rPr>
          <w:rFonts w:hint="eastAsia"/>
        </w:rPr>
      </w:pPr>
      <w:r>
        <w:rPr>
          <w:sz w:val="4"/>
        </w:rPr>
        <w:t xml:space="preserve"> </w:t>
      </w:r>
    </w:p>
    <w:p w14:paraId="3936B50F" w14:textId="77777777" w:rsidR="00691B62" w:rsidRDefault="0094440D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A1E72DE" wp14:editId="7D29AAF3">
            <wp:extent cx="7236000" cy="133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edit-target-80773da5b719e0c5.png"/>
                    <pic:cNvPicPr/>
                  </pic:nvPicPr>
                  <pic:blipFill>
                    <a:blip r:embed="rId7"/>
                    <a:srcRect l="1500" t="82500" r="1400" b="3500"/>
                    <a:stretch>
                      <a:fillRect/>
                    </a:stretch>
                  </pic:blipFill>
                  <pic:spPr>
                    <a:xfrm>
                      <a:off x="0" y="0"/>
                      <a:ext cx="7236000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1B62" w:rsidSect="00034616">
      <w:pgSz w:w="11906" w:h="16838"/>
      <w:pgMar w:top="255" w:right="255" w:bottom="227" w:left="25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Basic 4">
    <w:altName w:val="Letter-join Basic 4"/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91B62"/>
    <w:rsid w:val="0094440D"/>
    <w:rsid w:val="00AA1D8D"/>
    <w:rsid w:val="00B47730"/>
    <w:rsid w:val="00CB0664"/>
    <w:rsid w:val="00D705CB"/>
    <w:rsid w:val="00DB73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0125AC"/>
  <w14:defaultImageDpi w14:val="300"/>
  <w15:docId w15:val="{9349AD62-C8B1-488A-87B3-A756B8B9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DejaVu Sans" w:hAnsi="DejaVu Sans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Lucinda Dunk</cp:lastModifiedBy>
  <cp:revision>3</cp:revision>
  <cp:lastPrinted>2026-09-24T12:12:00Z</cp:lastPrinted>
  <dcterms:created xsi:type="dcterms:W3CDTF">2026-09-23T16:29:00Z</dcterms:created>
  <dcterms:modified xsi:type="dcterms:W3CDTF">2026-09-24T12:12:00Z</dcterms:modified>
  <cp:category/>
</cp:coreProperties>
</file>